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A71E32" w14:textId="77777777" w:rsidR="00066FD7" w:rsidRDefault="00000000">
      <w:pPr>
        <w:jc w:val="center"/>
      </w:pPr>
      <w:r>
        <w:rPr>
          <w:b/>
          <w:color w:val="1F4E79"/>
          <w:sz w:val="30"/>
        </w:rPr>
        <w:t>ULUSAL ÖĞRENCİ KONGRESİ</w:t>
      </w:r>
      <w:r>
        <w:rPr>
          <w:b/>
          <w:color w:val="1F4E79"/>
          <w:sz w:val="30"/>
        </w:rPr>
        <w:br/>
        <w:t>ÖZET METİN ŞABLONU</w:t>
      </w:r>
    </w:p>
    <w:p w14:paraId="373E3DDB" w14:textId="77777777" w:rsidR="00066FD7" w:rsidRDefault="00000000">
      <w:pPr>
        <w:jc w:val="center"/>
      </w:pPr>
      <w:r>
        <w:rPr>
          <w:i/>
          <w:sz w:val="21"/>
        </w:rPr>
        <w:t>Kongre Adı / Üniversite / Yıl bilgisi buraya yazılacaktır</w:t>
      </w:r>
    </w:p>
    <w:tbl>
      <w:tblPr>
        <w:tblW w:w="0" w:type="auto"/>
        <w:jc w:val="center"/>
        <w:tblLayout w:type="fixed"/>
        <w:tblLook w:val="04A0" w:firstRow="1" w:lastRow="0" w:firstColumn="1" w:lastColumn="0" w:noHBand="0" w:noVBand="1"/>
      </w:tblPr>
      <w:tblGrid>
        <w:gridCol w:w="8787"/>
      </w:tblGrid>
      <w:tr w:rsidR="00066FD7" w14:paraId="14AC24E1" w14:textId="77777777">
        <w:trPr>
          <w:jc w:val="center"/>
        </w:trPr>
        <w:tc>
          <w:tcPr>
            <w:tcW w:w="8787" w:type="dxa"/>
            <w:shd w:val="clear" w:color="auto" w:fill="EAF2F8"/>
            <w:vAlign w:val="center"/>
          </w:tcPr>
          <w:p w14:paraId="69D7BE4B" w14:textId="426B1024" w:rsidR="00066FD7" w:rsidRDefault="00000000">
            <w:r>
              <w:rPr>
                <w:sz w:val="21"/>
              </w:rPr>
              <w:t xml:space="preserve">Bu şablon, kongre özetleri için örnek düzen sunar. Lütfen metninizi bu alanlara yerleştiriniz. </w:t>
            </w:r>
          </w:p>
        </w:tc>
      </w:tr>
    </w:tbl>
    <w:p w14:paraId="2B0F9937" w14:textId="77777777" w:rsidR="00066FD7" w:rsidRDefault="00066FD7"/>
    <w:tbl>
      <w:tblPr>
        <w:tblW w:w="0" w:type="auto"/>
        <w:jc w:val="center"/>
        <w:tblLayout w:type="fixed"/>
        <w:tblLook w:val="04A0" w:firstRow="1" w:lastRow="0" w:firstColumn="1" w:lastColumn="0" w:noHBand="0" w:noVBand="1"/>
      </w:tblPr>
      <w:tblGrid>
        <w:gridCol w:w="2381"/>
        <w:gridCol w:w="6406"/>
      </w:tblGrid>
      <w:tr w:rsidR="00066FD7" w14:paraId="2FA36609" w14:textId="77777777">
        <w:trPr>
          <w:trHeight w:val="567"/>
          <w:jc w:val="center"/>
        </w:trPr>
        <w:tc>
          <w:tcPr>
            <w:tcW w:w="2381" w:type="dxa"/>
            <w:shd w:val="clear" w:color="auto" w:fill="D9EAF7"/>
            <w:vAlign w:val="center"/>
          </w:tcPr>
          <w:p w14:paraId="1075A5C8" w14:textId="77777777" w:rsidR="00066FD7" w:rsidRDefault="00000000">
            <w:pPr>
              <w:jc w:val="center"/>
            </w:pPr>
            <w:r>
              <w:rPr>
                <w:b/>
                <w:sz w:val="21"/>
              </w:rPr>
              <w:t>Çalışmanın Başlığı</w:t>
            </w:r>
          </w:p>
        </w:tc>
        <w:tc>
          <w:tcPr>
            <w:tcW w:w="6406" w:type="dxa"/>
            <w:vAlign w:val="center"/>
          </w:tcPr>
          <w:p w14:paraId="0C65921F" w14:textId="77777777" w:rsidR="00066FD7" w:rsidRDefault="00000000">
            <w:r>
              <w:rPr>
                <w:i/>
                <w:sz w:val="21"/>
              </w:rPr>
              <w:t>Başlık 14 punto, kalın, ortalı olacak şekilde yazılmalıdır.</w:t>
            </w:r>
          </w:p>
        </w:tc>
      </w:tr>
      <w:tr w:rsidR="00066FD7" w14:paraId="38669A37" w14:textId="77777777">
        <w:trPr>
          <w:trHeight w:val="567"/>
          <w:jc w:val="center"/>
        </w:trPr>
        <w:tc>
          <w:tcPr>
            <w:tcW w:w="2381" w:type="dxa"/>
            <w:shd w:val="clear" w:color="auto" w:fill="D9EAF7"/>
            <w:vAlign w:val="center"/>
          </w:tcPr>
          <w:p w14:paraId="2A8E38A5" w14:textId="77777777" w:rsidR="00066FD7" w:rsidRDefault="00000000">
            <w:pPr>
              <w:jc w:val="center"/>
            </w:pPr>
            <w:r>
              <w:rPr>
                <w:b/>
                <w:sz w:val="21"/>
              </w:rPr>
              <w:t>Yazar(lar)</w:t>
            </w:r>
          </w:p>
        </w:tc>
        <w:tc>
          <w:tcPr>
            <w:tcW w:w="6406" w:type="dxa"/>
            <w:vAlign w:val="center"/>
          </w:tcPr>
          <w:p w14:paraId="2D1FCF76" w14:textId="77777777" w:rsidR="00066FD7" w:rsidRDefault="00000000">
            <w:r>
              <w:rPr>
                <w:i/>
                <w:sz w:val="21"/>
              </w:rPr>
              <w:t>Ad SOYAD1, Ad SOYAD2</w:t>
            </w:r>
          </w:p>
        </w:tc>
      </w:tr>
      <w:tr w:rsidR="00066FD7" w:rsidRPr="00531A07" w14:paraId="22C34380" w14:textId="77777777">
        <w:trPr>
          <w:trHeight w:val="567"/>
          <w:jc w:val="center"/>
        </w:trPr>
        <w:tc>
          <w:tcPr>
            <w:tcW w:w="2381" w:type="dxa"/>
            <w:shd w:val="clear" w:color="auto" w:fill="D9EAF7"/>
            <w:vAlign w:val="center"/>
          </w:tcPr>
          <w:p w14:paraId="5336FA3C" w14:textId="77777777" w:rsidR="00066FD7" w:rsidRDefault="00000000">
            <w:pPr>
              <w:jc w:val="center"/>
            </w:pPr>
            <w:r>
              <w:rPr>
                <w:b/>
                <w:sz w:val="21"/>
              </w:rPr>
              <w:t>Kurum Bilgisi</w:t>
            </w:r>
          </w:p>
        </w:tc>
        <w:tc>
          <w:tcPr>
            <w:tcW w:w="6406" w:type="dxa"/>
            <w:vAlign w:val="center"/>
          </w:tcPr>
          <w:p w14:paraId="7F2AA9DB" w14:textId="77777777" w:rsidR="00066FD7" w:rsidRPr="00206EDD" w:rsidRDefault="00000000">
            <w:pPr>
              <w:rPr>
                <w:lang w:val="de-DE"/>
              </w:rPr>
            </w:pPr>
            <w:r w:rsidRPr="00206EDD">
              <w:rPr>
                <w:i/>
                <w:sz w:val="21"/>
                <w:lang w:val="de-DE"/>
              </w:rPr>
              <w:t>Üniversite / Fakülte / Bölüm / Şehir / Ülke</w:t>
            </w:r>
          </w:p>
        </w:tc>
      </w:tr>
      <w:tr w:rsidR="00066FD7" w14:paraId="6C7251C4" w14:textId="77777777">
        <w:trPr>
          <w:trHeight w:val="567"/>
          <w:jc w:val="center"/>
        </w:trPr>
        <w:tc>
          <w:tcPr>
            <w:tcW w:w="2381" w:type="dxa"/>
            <w:shd w:val="clear" w:color="auto" w:fill="D9EAF7"/>
            <w:vAlign w:val="center"/>
          </w:tcPr>
          <w:p w14:paraId="3801529A" w14:textId="77777777" w:rsidR="00066FD7" w:rsidRDefault="00000000">
            <w:pPr>
              <w:jc w:val="center"/>
            </w:pPr>
            <w:r>
              <w:rPr>
                <w:b/>
                <w:sz w:val="21"/>
              </w:rPr>
              <w:t>ORCID / E-posta</w:t>
            </w:r>
          </w:p>
        </w:tc>
        <w:tc>
          <w:tcPr>
            <w:tcW w:w="6406" w:type="dxa"/>
            <w:vAlign w:val="center"/>
          </w:tcPr>
          <w:p w14:paraId="25CAB444" w14:textId="77777777" w:rsidR="00066FD7" w:rsidRDefault="00000000">
            <w:r>
              <w:rPr>
                <w:i/>
                <w:sz w:val="21"/>
              </w:rPr>
              <w:t>0000-0000-0000-0000 / e-posta@ornek.com</w:t>
            </w:r>
          </w:p>
        </w:tc>
      </w:tr>
      <w:tr w:rsidR="00066FD7" w14:paraId="08E46E46" w14:textId="77777777">
        <w:trPr>
          <w:trHeight w:val="567"/>
          <w:jc w:val="center"/>
        </w:trPr>
        <w:tc>
          <w:tcPr>
            <w:tcW w:w="2381" w:type="dxa"/>
            <w:shd w:val="clear" w:color="auto" w:fill="D9EAF7"/>
            <w:vAlign w:val="center"/>
          </w:tcPr>
          <w:p w14:paraId="78B7CDD3" w14:textId="77777777" w:rsidR="00066FD7" w:rsidRDefault="00000000">
            <w:pPr>
              <w:jc w:val="center"/>
            </w:pPr>
            <w:r>
              <w:rPr>
                <w:b/>
                <w:sz w:val="21"/>
              </w:rPr>
              <w:t>Sorumlu Yazar</w:t>
            </w:r>
          </w:p>
        </w:tc>
        <w:tc>
          <w:tcPr>
            <w:tcW w:w="6406" w:type="dxa"/>
            <w:vAlign w:val="center"/>
          </w:tcPr>
          <w:p w14:paraId="3E602125" w14:textId="77777777" w:rsidR="00066FD7" w:rsidRDefault="00000000">
            <w:r>
              <w:rPr>
                <w:i/>
                <w:sz w:val="21"/>
              </w:rPr>
              <w:t>Ad SOYAD – e-posta@ornek.com</w:t>
            </w:r>
          </w:p>
        </w:tc>
      </w:tr>
      <w:tr w:rsidR="00066FD7" w14:paraId="60758773" w14:textId="77777777">
        <w:trPr>
          <w:trHeight w:val="567"/>
          <w:jc w:val="center"/>
        </w:trPr>
        <w:tc>
          <w:tcPr>
            <w:tcW w:w="2381" w:type="dxa"/>
            <w:shd w:val="clear" w:color="auto" w:fill="D9EAF7"/>
            <w:vAlign w:val="center"/>
          </w:tcPr>
          <w:p w14:paraId="3E672123" w14:textId="77777777" w:rsidR="00066FD7" w:rsidRDefault="00000000">
            <w:pPr>
              <w:jc w:val="center"/>
            </w:pPr>
            <w:r>
              <w:rPr>
                <w:b/>
                <w:sz w:val="21"/>
              </w:rPr>
              <w:t>Alan / Ana Bilim Dalı</w:t>
            </w:r>
          </w:p>
        </w:tc>
        <w:tc>
          <w:tcPr>
            <w:tcW w:w="6406" w:type="dxa"/>
            <w:vAlign w:val="center"/>
          </w:tcPr>
          <w:p w14:paraId="156F0DEA" w14:textId="77777777" w:rsidR="00066FD7" w:rsidRDefault="00000000">
            <w:r>
              <w:rPr>
                <w:i/>
                <w:sz w:val="21"/>
              </w:rPr>
              <w:t>Örn. İngiliz Dili ve Edebiyatı / Sosyoloji / Tarih</w:t>
            </w:r>
          </w:p>
        </w:tc>
      </w:tr>
    </w:tbl>
    <w:p w14:paraId="17DA1E85" w14:textId="77777777" w:rsidR="00066FD7" w:rsidRDefault="00000000">
      <w:pPr>
        <w:spacing w:before="160" w:after="80"/>
      </w:pPr>
      <w:r>
        <w:rPr>
          <w:b/>
          <w:color w:val="1F4E79"/>
          <w:sz w:val="24"/>
        </w:rPr>
        <w:t>Türkçe Başlık</w:t>
      </w:r>
    </w:p>
    <w:p w14:paraId="25D1A2B1" w14:textId="77777777" w:rsidR="00066FD7" w:rsidRDefault="00000000">
      <w:pPr>
        <w:spacing w:after="80"/>
        <w:ind w:firstLine="425"/>
      </w:pPr>
      <w:r>
        <w:rPr>
          <w:i/>
        </w:rPr>
        <w:t>BURAYA TÜRKÇE BAŞLIK YAZILACAKTIR</w:t>
      </w:r>
    </w:p>
    <w:p w14:paraId="765B39FD" w14:textId="77777777" w:rsidR="00066FD7" w:rsidRDefault="00000000">
      <w:pPr>
        <w:spacing w:before="160" w:after="80"/>
      </w:pPr>
      <w:proofErr w:type="gramStart"/>
      <w:r>
        <w:rPr>
          <w:b/>
          <w:color w:val="1F4E79"/>
          <w:sz w:val="24"/>
        </w:rPr>
        <w:t>Öz</w:t>
      </w:r>
      <w:proofErr w:type="gramEnd"/>
    </w:p>
    <w:p w14:paraId="24CC8903" w14:textId="77777777" w:rsidR="00066FD7" w:rsidRDefault="00000000">
      <w:pPr>
        <w:spacing w:after="80"/>
        <w:ind w:firstLine="425"/>
      </w:pPr>
      <w:r>
        <w:rPr>
          <w:i/>
        </w:rPr>
        <w:t>Bu bölümde çalışmanın amacı, kapsamı, yöntemi, temel bulguları ve kısa sonucu tek paragraf halinde verilmelidir. Kongre kurallarına göre genellikle 150–300 kelime arası yazılması önerilir. Atıf, şekil, tablo ve dipnot kullanılmaması tavsiye edilir.</w:t>
      </w:r>
    </w:p>
    <w:p w14:paraId="55B0F35B" w14:textId="77777777" w:rsidR="00066FD7" w:rsidRDefault="00000000">
      <w:pPr>
        <w:spacing w:before="160" w:after="80"/>
      </w:pPr>
      <w:r>
        <w:rPr>
          <w:b/>
          <w:color w:val="1F4E79"/>
          <w:sz w:val="24"/>
        </w:rPr>
        <w:t>Anahtar Kelimeler</w:t>
      </w:r>
    </w:p>
    <w:p w14:paraId="0074DDE7" w14:textId="77777777" w:rsidR="00066FD7" w:rsidRDefault="00000000">
      <w:pPr>
        <w:spacing w:after="80"/>
        <w:ind w:firstLine="425"/>
      </w:pPr>
      <w:r>
        <w:rPr>
          <w:i/>
        </w:rPr>
        <w:t>Anahtar kelime 1; Anahtar kelime 2; Anahtar kelime 3; Anahtar kelime 4; Anahtar kelime 5</w:t>
      </w:r>
    </w:p>
    <w:p w14:paraId="1E71935A" w14:textId="77777777" w:rsidR="00066FD7" w:rsidRDefault="00000000">
      <w:pPr>
        <w:spacing w:before="160" w:after="80"/>
      </w:pPr>
      <w:r>
        <w:rPr>
          <w:b/>
          <w:color w:val="1F4E79"/>
          <w:sz w:val="24"/>
        </w:rPr>
        <w:t>English Title</w:t>
      </w:r>
    </w:p>
    <w:p w14:paraId="062EB286" w14:textId="77777777" w:rsidR="00066FD7" w:rsidRDefault="00000000">
      <w:pPr>
        <w:spacing w:after="80"/>
        <w:ind w:firstLine="425"/>
      </w:pPr>
      <w:r>
        <w:rPr>
          <w:i/>
        </w:rPr>
        <w:t>WRITE THE ENGLISH TITLE HERE</w:t>
      </w:r>
    </w:p>
    <w:p w14:paraId="488380F4" w14:textId="77777777" w:rsidR="00066FD7" w:rsidRDefault="00000000">
      <w:pPr>
        <w:spacing w:before="160" w:after="80"/>
      </w:pPr>
      <w:r>
        <w:rPr>
          <w:b/>
          <w:color w:val="1F4E79"/>
          <w:sz w:val="24"/>
        </w:rPr>
        <w:t>Abstract</w:t>
      </w:r>
    </w:p>
    <w:p w14:paraId="77F6F0A8" w14:textId="77777777" w:rsidR="00066FD7" w:rsidRDefault="00000000">
      <w:pPr>
        <w:spacing w:after="80"/>
        <w:ind w:firstLine="425"/>
      </w:pPr>
      <w:r>
        <w:rPr>
          <w:i/>
        </w:rPr>
        <w:t>This section should briefly present the aim, scope, method, major findings, and conclusion of the study in a single paragraph. The abstract should be consistent with the Turkish abstract and should follow the word limit announced by the congress.</w:t>
      </w:r>
    </w:p>
    <w:p w14:paraId="577B67A6" w14:textId="77777777" w:rsidR="00066FD7" w:rsidRDefault="00000000">
      <w:pPr>
        <w:spacing w:before="160" w:after="80"/>
      </w:pPr>
      <w:r>
        <w:rPr>
          <w:b/>
          <w:color w:val="1F4E79"/>
          <w:sz w:val="24"/>
        </w:rPr>
        <w:t>Keywords</w:t>
      </w:r>
    </w:p>
    <w:p w14:paraId="344426A5" w14:textId="77777777" w:rsidR="00066FD7" w:rsidRDefault="00000000">
      <w:pPr>
        <w:spacing w:after="80"/>
        <w:ind w:firstLine="425"/>
      </w:pPr>
      <w:r>
        <w:rPr>
          <w:i/>
        </w:rPr>
        <w:t>Keyword 1; Keyword 2; Keyword 3; Keyword 4; Keyword 5</w:t>
      </w:r>
    </w:p>
    <w:p w14:paraId="358B4B87" w14:textId="77777777" w:rsidR="00066FD7" w:rsidRDefault="00000000">
      <w:pPr>
        <w:spacing w:before="160" w:after="80"/>
      </w:pPr>
      <w:r>
        <w:rPr>
          <w:b/>
          <w:color w:val="1F4E79"/>
          <w:sz w:val="24"/>
        </w:rPr>
        <w:t>Biçimsel Notlar</w:t>
      </w:r>
    </w:p>
    <w:p w14:paraId="3BDD4DBD" w14:textId="77777777" w:rsidR="00066FD7" w:rsidRDefault="00000000">
      <w:pPr>
        <w:spacing w:after="40"/>
        <w:ind w:left="283"/>
      </w:pPr>
      <w:r>
        <w:rPr>
          <w:sz w:val="21"/>
        </w:rPr>
        <w:t>• Yazı tipi: Times New Roman, 11 punto.</w:t>
      </w:r>
    </w:p>
    <w:p w14:paraId="33FC2161" w14:textId="77777777" w:rsidR="00066FD7" w:rsidRDefault="00000000">
      <w:pPr>
        <w:spacing w:after="40"/>
        <w:ind w:left="283"/>
      </w:pPr>
      <w:r>
        <w:rPr>
          <w:sz w:val="21"/>
        </w:rPr>
        <w:lastRenderedPageBreak/>
        <w:t>• Paragraf aralığı: 1,15 satır.</w:t>
      </w:r>
    </w:p>
    <w:p w14:paraId="6A995848" w14:textId="77777777" w:rsidR="00066FD7" w:rsidRDefault="00000000">
      <w:pPr>
        <w:spacing w:after="40"/>
        <w:ind w:left="283"/>
      </w:pPr>
      <w:r>
        <w:rPr>
          <w:sz w:val="21"/>
        </w:rPr>
        <w:t>• Metin iki yana yaslı ya da kongre kurallarına göre hizalanmalıdır.</w:t>
      </w:r>
    </w:p>
    <w:p w14:paraId="17DCBE64" w14:textId="77777777" w:rsidR="00066FD7" w:rsidRDefault="00000000">
      <w:pPr>
        <w:spacing w:after="40"/>
        <w:ind w:left="283"/>
      </w:pPr>
      <w:r>
        <w:rPr>
          <w:sz w:val="21"/>
        </w:rPr>
        <w:t>• Özet metinde kaynakça eklenmesi isteniyorsa APA 7 biçimi kullanılabilir.</w:t>
      </w:r>
    </w:p>
    <w:p w14:paraId="0A80BBF4" w14:textId="77777777" w:rsidR="00066FD7" w:rsidRDefault="00000000">
      <w:pPr>
        <w:spacing w:after="40"/>
        <w:ind w:left="283"/>
      </w:pPr>
      <w:r>
        <w:rPr>
          <w:sz w:val="21"/>
        </w:rPr>
        <w:t>• Türkçe ve İngilizce başlık/özet içerik bakımından birbiriyle uyumlu olmalıdır.</w:t>
      </w:r>
    </w:p>
    <w:sectPr w:rsidR="00066FD7" w:rsidSect="00034616">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ara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ara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Maddemi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Maddemi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ara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Maddemi"/>
      <w:lvlText w:val=""/>
      <w:lvlJc w:val="left"/>
      <w:pPr>
        <w:tabs>
          <w:tab w:val="num" w:pos="360"/>
        </w:tabs>
        <w:ind w:left="360" w:hanging="360"/>
      </w:pPr>
      <w:rPr>
        <w:rFonts w:ascii="Symbol" w:hAnsi="Symbol" w:hint="default"/>
      </w:rPr>
    </w:lvl>
  </w:abstractNum>
  <w:num w:numId="1" w16cid:durableId="1244727900">
    <w:abstractNumId w:val="8"/>
  </w:num>
  <w:num w:numId="2" w16cid:durableId="805200637">
    <w:abstractNumId w:val="6"/>
  </w:num>
  <w:num w:numId="3" w16cid:durableId="1840076263">
    <w:abstractNumId w:val="5"/>
  </w:num>
  <w:num w:numId="4" w16cid:durableId="1580208016">
    <w:abstractNumId w:val="4"/>
  </w:num>
  <w:num w:numId="5" w16cid:durableId="1156067501">
    <w:abstractNumId w:val="7"/>
  </w:num>
  <w:num w:numId="6" w16cid:durableId="2120489927">
    <w:abstractNumId w:val="3"/>
  </w:num>
  <w:num w:numId="7" w16cid:durableId="1320377328">
    <w:abstractNumId w:val="2"/>
  </w:num>
  <w:num w:numId="8" w16cid:durableId="1356465137">
    <w:abstractNumId w:val="1"/>
  </w:num>
  <w:num w:numId="9" w16cid:durableId="12801433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tDAyMjGwNDQ0NbMwNzRS0lEKTi0uzszPAykwqgUA9q18+SwAAAA="/>
  </w:docVars>
  <w:rsids>
    <w:rsidRoot w:val="00B47730"/>
    <w:rsid w:val="00034616"/>
    <w:rsid w:val="0006063C"/>
    <w:rsid w:val="00066FD7"/>
    <w:rsid w:val="0015074B"/>
    <w:rsid w:val="00206EDD"/>
    <w:rsid w:val="0029639D"/>
    <w:rsid w:val="00326F90"/>
    <w:rsid w:val="00531A07"/>
    <w:rsid w:val="00943666"/>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D39A23"/>
  <w14:defaultImageDpi w14:val="300"/>
  <w15:docId w15:val="{DAB39F08-5D8F-4BAF-BE31-AFC1E06F7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Times New Roman" w:hAnsi="Times New Roman"/>
    </w:rPr>
  </w:style>
  <w:style w:type="paragraph" w:styleId="Balk1">
    <w:name w:val="heading 1"/>
    <w:basedOn w:val="Normal"/>
    <w:next w:val="Normal"/>
    <w:link w:val="Balk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alk5">
    <w:name w:val="heading 5"/>
    <w:basedOn w:val="Normal"/>
    <w:next w:val="Normal"/>
    <w:link w:val="Bal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alk6">
    <w:name w:val="heading 6"/>
    <w:basedOn w:val="Normal"/>
    <w:next w:val="Normal"/>
    <w:link w:val="Bal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alk7">
    <w:name w:val="heading 7"/>
    <w:basedOn w:val="Normal"/>
    <w:next w:val="Normal"/>
    <w:link w:val="Bal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alk8">
    <w:name w:val="heading 8"/>
    <w:basedOn w:val="Normal"/>
    <w:next w:val="Normal"/>
    <w:link w:val="Bal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alk9">
    <w:name w:val="heading 9"/>
    <w:basedOn w:val="Normal"/>
    <w:next w:val="Normal"/>
    <w:link w:val="Bal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618BF"/>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E618BF"/>
  </w:style>
  <w:style w:type="paragraph" w:styleId="AltBilgi">
    <w:name w:val="footer"/>
    <w:basedOn w:val="Normal"/>
    <w:link w:val="AltBilgiChar"/>
    <w:uiPriority w:val="99"/>
    <w:unhideWhenUsed/>
    <w:rsid w:val="00E618BF"/>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E618BF"/>
  </w:style>
  <w:style w:type="paragraph" w:styleId="AralkYok">
    <w:name w:val="No Spacing"/>
    <w:uiPriority w:val="1"/>
    <w:qFormat/>
    <w:rsid w:val="00FC693F"/>
    <w:pPr>
      <w:spacing w:after="0" w:line="240" w:lineRule="auto"/>
    </w:pPr>
  </w:style>
  <w:style w:type="character" w:customStyle="1" w:styleId="Balk1Char">
    <w:name w:val="Başlık 1 Char"/>
    <w:basedOn w:val="VarsaylanParagrafYazTipi"/>
    <w:link w:val="Bal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alk2Char">
    <w:name w:val="Başlık 2 Char"/>
    <w:basedOn w:val="VarsaylanParagrafYazTipi"/>
    <w:link w:val="Balk2"/>
    <w:uiPriority w:val="9"/>
    <w:rsid w:val="00FC693F"/>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rsid w:val="00FC693F"/>
    <w:rPr>
      <w:rFonts w:asciiTheme="majorHAnsi" w:eastAsiaTheme="majorEastAsia" w:hAnsiTheme="majorHAnsi" w:cstheme="majorBidi"/>
      <w:b/>
      <w:bCs/>
      <w:color w:val="4F81BD" w:themeColor="accent1"/>
    </w:rPr>
  </w:style>
  <w:style w:type="paragraph" w:styleId="KonuBal">
    <w:name w:val="Title"/>
    <w:basedOn w:val="Normal"/>
    <w:next w:val="Normal"/>
    <w:link w:val="KonuBal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KonuBalChar">
    <w:name w:val="Konu Başlığı Char"/>
    <w:basedOn w:val="VarsaylanParagrafYazTipi"/>
    <w:link w:val="KonuBa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ltyaz">
    <w:name w:val="Subtitle"/>
    <w:basedOn w:val="Normal"/>
    <w:next w:val="Normal"/>
    <w:link w:val="Altyaz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ltyazChar">
    <w:name w:val="Altyazı Char"/>
    <w:basedOn w:val="VarsaylanParagrafYazTipi"/>
    <w:link w:val="Altyaz"/>
    <w:uiPriority w:val="11"/>
    <w:rsid w:val="00FC693F"/>
    <w:rPr>
      <w:rFonts w:asciiTheme="majorHAnsi" w:eastAsiaTheme="majorEastAsia" w:hAnsiTheme="majorHAnsi" w:cstheme="majorBidi"/>
      <w:i/>
      <w:iCs/>
      <w:color w:val="4F81BD" w:themeColor="accent1"/>
      <w:spacing w:val="15"/>
      <w:sz w:val="24"/>
      <w:szCs w:val="24"/>
    </w:rPr>
  </w:style>
  <w:style w:type="paragraph" w:styleId="ListeParagraf">
    <w:name w:val="List Paragraph"/>
    <w:basedOn w:val="Normal"/>
    <w:uiPriority w:val="34"/>
    <w:qFormat/>
    <w:rsid w:val="00FC693F"/>
    <w:pPr>
      <w:ind w:left="720"/>
      <w:contextualSpacing/>
    </w:pPr>
  </w:style>
  <w:style w:type="paragraph" w:styleId="GvdeMetni">
    <w:name w:val="Body Text"/>
    <w:basedOn w:val="Normal"/>
    <w:link w:val="GvdeMetniChar"/>
    <w:uiPriority w:val="99"/>
    <w:unhideWhenUsed/>
    <w:rsid w:val="00AA1D8D"/>
    <w:pPr>
      <w:spacing w:after="120"/>
    </w:pPr>
  </w:style>
  <w:style w:type="character" w:customStyle="1" w:styleId="GvdeMetniChar">
    <w:name w:val="Gövde Metni Char"/>
    <w:basedOn w:val="VarsaylanParagrafYazTipi"/>
    <w:link w:val="GvdeMetni"/>
    <w:uiPriority w:val="99"/>
    <w:rsid w:val="00AA1D8D"/>
  </w:style>
  <w:style w:type="paragraph" w:styleId="GvdeMetni2">
    <w:name w:val="Body Text 2"/>
    <w:basedOn w:val="Normal"/>
    <w:link w:val="GvdeMetni2Char"/>
    <w:uiPriority w:val="99"/>
    <w:unhideWhenUsed/>
    <w:rsid w:val="00AA1D8D"/>
    <w:pPr>
      <w:spacing w:after="120" w:line="480" w:lineRule="auto"/>
    </w:pPr>
  </w:style>
  <w:style w:type="character" w:customStyle="1" w:styleId="GvdeMetni2Char">
    <w:name w:val="Gövde Metni 2 Char"/>
    <w:basedOn w:val="VarsaylanParagrafYazTipi"/>
    <w:link w:val="GvdeMetni2"/>
    <w:uiPriority w:val="99"/>
    <w:rsid w:val="00AA1D8D"/>
  </w:style>
  <w:style w:type="paragraph" w:styleId="GvdeMetni3">
    <w:name w:val="Body Text 3"/>
    <w:basedOn w:val="Normal"/>
    <w:link w:val="GvdeMetni3Char"/>
    <w:uiPriority w:val="99"/>
    <w:unhideWhenUsed/>
    <w:rsid w:val="00AA1D8D"/>
    <w:pPr>
      <w:spacing w:after="120"/>
    </w:pPr>
    <w:rPr>
      <w:sz w:val="16"/>
      <w:szCs w:val="16"/>
    </w:rPr>
  </w:style>
  <w:style w:type="character" w:customStyle="1" w:styleId="GvdeMetni3Char">
    <w:name w:val="Gövde Metni 3 Char"/>
    <w:basedOn w:val="VarsaylanParagrafYazTipi"/>
    <w:link w:val="GvdeMetni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Maddemi">
    <w:name w:val="List Bullet"/>
    <w:basedOn w:val="Normal"/>
    <w:uiPriority w:val="99"/>
    <w:unhideWhenUsed/>
    <w:rsid w:val="00326F90"/>
    <w:pPr>
      <w:numPr>
        <w:numId w:val="1"/>
      </w:numPr>
      <w:contextualSpacing/>
    </w:pPr>
  </w:style>
  <w:style w:type="paragraph" w:styleId="ListeMaddemi2">
    <w:name w:val="List Bullet 2"/>
    <w:basedOn w:val="Normal"/>
    <w:uiPriority w:val="99"/>
    <w:unhideWhenUsed/>
    <w:rsid w:val="00326F90"/>
    <w:pPr>
      <w:numPr>
        <w:numId w:val="2"/>
      </w:numPr>
      <w:contextualSpacing/>
    </w:pPr>
  </w:style>
  <w:style w:type="paragraph" w:styleId="ListeMaddemi3">
    <w:name w:val="List Bullet 3"/>
    <w:basedOn w:val="Normal"/>
    <w:uiPriority w:val="99"/>
    <w:unhideWhenUsed/>
    <w:rsid w:val="00326F90"/>
    <w:pPr>
      <w:numPr>
        <w:numId w:val="3"/>
      </w:numPr>
      <w:contextualSpacing/>
    </w:pPr>
  </w:style>
  <w:style w:type="paragraph" w:styleId="ListeNumaras">
    <w:name w:val="List Number"/>
    <w:basedOn w:val="Normal"/>
    <w:uiPriority w:val="99"/>
    <w:unhideWhenUsed/>
    <w:rsid w:val="00326F90"/>
    <w:pPr>
      <w:numPr>
        <w:numId w:val="5"/>
      </w:numPr>
      <w:contextualSpacing/>
    </w:pPr>
  </w:style>
  <w:style w:type="paragraph" w:styleId="ListeNumaras2">
    <w:name w:val="List Number 2"/>
    <w:basedOn w:val="Normal"/>
    <w:uiPriority w:val="99"/>
    <w:unhideWhenUsed/>
    <w:rsid w:val="0029639D"/>
    <w:pPr>
      <w:numPr>
        <w:numId w:val="6"/>
      </w:numPr>
      <w:contextualSpacing/>
    </w:pPr>
  </w:style>
  <w:style w:type="paragraph" w:styleId="ListeNumaras3">
    <w:name w:val="List Number 3"/>
    <w:basedOn w:val="Normal"/>
    <w:uiPriority w:val="99"/>
    <w:unhideWhenUsed/>
    <w:rsid w:val="0029639D"/>
    <w:pPr>
      <w:numPr>
        <w:numId w:val="7"/>
      </w:numPr>
      <w:contextualSpacing/>
    </w:pPr>
  </w:style>
  <w:style w:type="paragraph" w:styleId="ListeDevam">
    <w:name w:val="List Continue"/>
    <w:basedOn w:val="Normal"/>
    <w:uiPriority w:val="99"/>
    <w:unhideWhenUsed/>
    <w:rsid w:val="0029639D"/>
    <w:pPr>
      <w:spacing w:after="120"/>
      <w:ind w:left="360"/>
      <w:contextualSpacing/>
    </w:pPr>
  </w:style>
  <w:style w:type="paragraph" w:styleId="ListeDevam2">
    <w:name w:val="List Continue 2"/>
    <w:basedOn w:val="Normal"/>
    <w:uiPriority w:val="99"/>
    <w:unhideWhenUsed/>
    <w:rsid w:val="0029639D"/>
    <w:pPr>
      <w:spacing w:after="120"/>
      <w:ind w:left="720"/>
      <w:contextualSpacing/>
    </w:pPr>
  </w:style>
  <w:style w:type="paragraph" w:styleId="ListeDevam3">
    <w:name w:val="List Continue 3"/>
    <w:basedOn w:val="Normal"/>
    <w:uiPriority w:val="99"/>
    <w:unhideWhenUsed/>
    <w:rsid w:val="0029639D"/>
    <w:pPr>
      <w:spacing w:after="120"/>
      <w:ind w:left="1080"/>
      <w:contextualSpacing/>
    </w:pPr>
  </w:style>
  <w:style w:type="paragraph" w:styleId="MakroMetni">
    <w:name w:val="macro"/>
    <w:link w:val="MakroMetni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MetniChar">
    <w:name w:val="Makro Metni Char"/>
    <w:basedOn w:val="VarsaylanParagrafYazTipi"/>
    <w:link w:val="MakroMetni"/>
    <w:uiPriority w:val="99"/>
    <w:rsid w:val="0029639D"/>
    <w:rPr>
      <w:rFonts w:ascii="Courier" w:hAnsi="Courier"/>
      <w:sz w:val="20"/>
      <w:szCs w:val="20"/>
    </w:rPr>
  </w:style>
  <w:style w:type="paragraph" w:styleId="Alnt">
    <w:name w:val="Quote"/>
    <w:basedOn w:val="Normal"/>
    <w:next w:val="Normal"/>
    <w:link w:val="AlntChar"/>
    <w:uiPriority w:val="29"/>
    <w:qFormat/>
    <w:rsid w:val="00FC693F"/>
    <w:rPr>
      <w:i/>
      <w:iCs/>
      <w:color w:val="000000" w:themeColor="text1"/>
    </w:rPr>
  </w:style>
  <w:style w:type="character" w:customStyle="1" w:styleId="AlntChar">
    <w:name w:val="Alıntı Char"/>
    <w:basedOn w:val="VarsaylanParagrafYazTipi"/>
    <w:link w:val="Alnt"/>
    <w:uiPriority w:val="29"/>
    <w:rsid w:val="00FC693F"/>
    <w:rPr>
      <w:i/>
      <w:iCs/>
      <w:color w:val="000000" w:themeColor="text1"/>
    </w:rPr>
  </w:style>
  <w:style w:type="character" w:customStyle="1" w:styleId="Balk4Char">
    <w:name w:val="Başlık 4 Char"/>
    <w:basedOn w:val="VarsaylanParagrafYazTipi"/>
    <w:link w:val="Balk4"/>
    <w:uiPriority w:val="9"/>
    <w:semiHidden/>
    <w:rsid w:val="00FC693F"/>
    <w:rPr>
      <w:rFonts w:asciiTheme="majorHAnsi" w:eastAsiaTheme="majorEastAsia" w:hAnsiTheme="majorHAnsi" w:cstheme="majorBidi"/>
      <w:b/>
      <w:bCs/>
      <w:i/>
      <w:iCs/>
      <w:color w:val="4F81BD" w:themeColor="accent1"/>
    </w:rPr>
  </w:style>
  <w:style w:type="character" w:customStyle="1" w:styleId="Balk5Char">
    <w:name w:val="Başlık 5 Char"/>
    <w:basedOn w:val="VarsaylanParagrafYazTipi"/>
    <w:link w:val="Balk5"/>
    <w:uiPriority w:val="9"/>
    <w:semiHidden/>
    <w:rsid w:val="00FC693F"/>
    <w:rPr>
      <w:rFonts w:asciiTheme="majorHAnsi" w:eastAsiaTheme="majorEastAsia" w:hAnsiTheme="majorHAnsi" w:cstheme="majorBidi"/>
      <w:color w:val="243F60" w:themeColor="accent1" w:themeShade="7F"/>
    </w:rPr>
  </w:style>
  <w:style w:type="character" w:customStyle="1" w:styleId="Balk6Char">
    <w:name w:val="Başlık 6 Char"/>
    <w:basedOn w:val="VarsaylanParagrafYazTipi"/>
    <w:link w:val="Balk6"/>
    <w:uiPriority w:val="9"/>
    <w:semiHidden/>
    <w:rsid w:val="00FC693F"/>
    <w:rPr>
      <w:rFonts w:asciiTheme="majorHAnsi" w:eastAsiaTheme="majorEastAsia" w:hAnsiTheme="majorHAnsi" w:cstheme="majorBidi"/>
      <w:i/>
      <w:iCs/>
      <w:color w:val="243F60" w:themeColor="accent1" w:themeShade="7F"/>
    </w:rPr>
  </w:style>
  <w:style w:type="character" w:customStyle="1" w:styleId="Balk7Char">
    <w:name w:val="Başlık 7 Char"/>
    <w:basedOn w:val="VarsaylanParagrafYazTipi"/>
    <w:link w:val="Balk7"/>
    <w:uiPriority w:val="9"/>
    <w:semiHidden/>
    <w:rsid w:val="00FC693F"/>
    <w:rPr>
      <w:rFonts w:asciiTheme="majorHAnsi" w:eastAsiaTheme="majorEastAsia" w:hAnsiTheme="majorHAnsi" w:cstheme="majorBidi"/>
      <w:i/>
      <w:iCs/>
      <w:color w:val="404040" w:themeColor="text1" w:themeTint="BF"/>
    </w:rPr>
  </w:style>
  <w:style w:type="character" w:customStyle="1" w:styleId="Balk8Char">
    <w:name w:val="Başlık 8 Char"/>
    <w:basedOn w:val="VarsaylanParagrafYazTipi"/>
    <w:link w:val="Balk8"/>
    <w:uiPriority w:val="9"/>
    <w:semiHidden/>
    <w:rsid w:val="00FC693F"/>
    <w:rPr>
      <w:rFonts w:asciiTheme="majorHAnsi" w:eastAsiaTheme="majorEastAsia" w:hAnsiTheme="majorHAnsi" w:cstheme="majorBidi"/>
      <w:color w:val="4F81BD" w:themeColor="accent1"/>
      <w:sz w:val="20"/>
      <w:szCs w:val="20"/>
    </w:rPr>
  </w:style>
  <w:style w:type="character" w:customStyle="1" w:styleId="Balk9Char">
    <w:name w:val="Başlık 9 Char"/>
    <w:basedOn w:val="VarsaylanParagrafYazTipi"/>
    <w:link w:val="Balk9"/>
    <w:uiPriority w:val="9"/>
    <w:semiHidden/>
    <w:rsid w:val="00FC693F"/>
    <w:rPr>
      <w:rFonts w:asciiTheme="majorHAnsi" w:eastAsiaTheme="majorEastAsia" w:hAnsiTheme="majorHAnsi" w:cstheme="majorBidi"/>
      <w:i/>
      <w:iCs/>
      <w:color w:val="404040" w:themeColor="text1" w:themeTint="BF"/>
      <w:sz w:val="20"/>
      <w:szCs w:val="20"/>
    </w:rPr>
  </w:style>
  <w:style w:type="paragraph" w:styleId="ResimYazs">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Gl">
    <w:name w:val="Strong"/>
    <w:basedOn w:val="VarsaylanParagrafYazTipi"/>
    <w:uiPriority w:val="22"/>
    <w:qFormat/>
    <w:rsid w:val="00FC693F"/>
    <w:rPr>
      <w:b/>
      <w:bCs/>
    </w:rPr>
  </w:style>
  <w:style w:type="character" w:styleId="Vurgu">
    <w:name w:val="Emphasis"/>
    <w:basedOn w:val="VarsaylanParagrafYazTipi"/>
    <w:uiPriority w:val="20"/>
    <w:qFormat/>
    <w:rsid w:val="00FC693F"/>
    <w:rPr>
      <w:i/>
      <w:iCs/>
    </w:rPr>
  </w:style>
  <w:style w:type="paragraph" w:styleId="GlAlnt">
    <w:name w:val="Intense Quote"/>
    <w:basedOn w:val="Normal"/>
    <w:next w:val="Normal"/>
    <w:link w:val="GlAln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GlAlntChar">
    <w:name w:val="Güçlü Alıntı Char"/>
    <w:basedOn w:val="VarsaylanParagrafYazTipi"/>
    <w:link w:val="GlAlnt"/>
    <w:uiPriority w:val="30"/>
    <w:rsid w:val="00FC693F"/>
    <w:rPr>
      <w:b/>
      <w:bCs/>
      <w:i/>
      <w:iCs/>
      <w:color w:val="4F81BD" w:themeColor="accent1"/>
    </w:rPr>
  </w:style>
  <w:style w:type="character" w:styleId="HafifVurgulama">
    <w:name w:val="Subtle Emphasis"/>
    <w:basedOn w:val="VarsaylanParagrafYazTipi"/>
    <w:uiPriority w:val="19"/>
    <w:qFormat/>
    <w:rsid w:val="00FC693F"/>
    <w:rPr>
      <w:i/>
      <w:iCs/>
      <w:color w:val="808080" w:themeColor="text1" w:themeTint="7F"/>
    </w:rPr>
  </w:style>
  <w:style w:type="character" w:styleId="GlVurgulama">
    <w:name w:val="Intense Emphasis"/>
    <w:basedOn w:val="VarsaylanParagrafYazTipi"/>
    <w:uiPriority w:val="21"/>
    <w:qFormat/>
    <w:rsid w:val="00FC693F"/>
    <w:rPr>
      <w:b/>
      <w:bCs/>
      <w:i/>
      <w:iCs/>
      <w:color w:val="4F81BD" w:themeColor="accent1"/>
    </w:rPr>
  </w:style>
  <w:style w:type="character" w:styleId="HafifBavuru">
    <w:name w:val="Subtle Reference"/>
    <w:basedOn w:val="VarsaylanParagrafYazTipi"/>
    <w:uiPriority w:val="31"/>
    <w:qFormat/>
    <w:rsid w:val="00FC693F"/>
    <w:rPr>
      <w:smallCaps/>
      <w:color w:val="C0504D" w:themeColor="accent2"/>
      <w:u w:val="single"/>
    </w:rPr>
  </w:style>
  <w:style w:type="character" w:styleId="GlBavuru">
    <w:name w:val="Intense Reference"/>
    <w:basedOn w:val="VarsaylanParagrafYazTipi"/>
    <w:uiPriority w:val="32"/>
    <w:qFormat/>
    <w:rsid w:val="00FC693F"/>
    <w:rPr>
      <w:b/>
      <w:bCs/>
      <w:smallCaps/>
      <w:color w:val="C0504D" w:themeColor="accent2"/>
      <w:spacing w:val="5"/>
      <w:u w:val="single"/>
    </w:rPr>
  </w:style>
  <w:style w:type="character" w:styleId="KitapBal">
    <w:name w:val="Book Title"/>
    <w:basedOn w:val="VarsaylanParagrafYazTipi"/>
    <w:uiPriority w:val="33"/>
    <w:qFormat/>
    <w:rsid w:val="00FC693F"/>
    <w:rPr>
      <w:b/>
      <w:bCs/>
      <w:smallCaps/>
      <w:spacing w:val="5"/>
    </w:rPr>
  </w:style>
  <w:style w:type="paragraph" w:styleId="TBal">
    <w:name w:val="TOC Heading"/>
    <w:basedOn w:val="Balk1"/>
    <w:next w:val="Normal"/>
    <w:uiPriority w:val="39"/>
    <w:semiHidden/>
    <w:unhideWhenUsed/>
    <w:qFormat/>
    <w:rsid w:val="00FC693F"/>
    <w:pPr>
      <w:outlineLvl w:val="9"/>
    </w:pPr>
  </w:style>
  <w:style w:type="table" w:styleId="TabloKlavuzu">
    <w:name w:val="Table Grid"/>
    <w:basedOn w:val="NormalTablo"/>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kGlgeleme">
    <w:name w:val="Light Shading"/>
    <w:basedOn w:val="NormalTablo"/>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Glgeleme-Vurgu2">
    <w:name w:val="Light Shading Accent 2"/>
    <w:basedOn w:val="NormalTablo"/>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Glgeleme-Vurgu3">
    <w:name w:val="Light Shading Accent 3"/>
    <w:basedOn w:val="NormalTablo"/>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4">
    <w:name w:val="Light Shading Accent 4"/>
    <w:basedOn w:val="NormalTablo"/>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5">
    <w:name w:val="Light Shading Accent 5"/>
    <w:basedOn w:val="NormalTablo"/>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6">
    <w:name w:val="Light Shading Accent 6"/>
    <w:basedOn w:val="NormalTablo"/>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kListe">
    <w:name w:val="Light List"/>
    <w:basedOn w:val="NormalTablo"/>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kListe-Vurgu2">
    <w:name w:val="Light List Accent 2"/>
    <w:basedOn w:val="NormalTablo"/>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AkListe-Vurgu3">
    <w:name w:val="Light List Accent 3"/>
    <w:basedOn w:val="NormalTablo"/>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kListe-Vurgu4">
    <w:name w:val="Light List Accent 4"/>
    <w:basedOn w:val="NormalTablo"/>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AkListe-Vurgu5">
    <w:name w:val="Light List Accent 5"/>
    <w:basedOn w:val="NormalTablo"/>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AkListe-Vurgu6">
    <w:name w:val="Light List Accent 6"/>
    <w:basedOn w:val="NormalTablo"/>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kKlavuz">
    <w:name w:val="Light Grid"/>
    <w:basedOn w:val="NormalTablo"/>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Klavuz-Vurgu2">
    <w:name w:val="Light Grid Accent 2"/>
    <w:basedOn w:val="NormalTablo"/>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AkKlavuz-Vurgu3">
    <w:name w:val="Light Grid Accent 3"/>
    <w:basedOn w:val="NormalTablo"/>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AkKlavuz-Vurgu4">
    <w:name w:val="Light Grid Accent 4"/>
    <w:basedOn w:val="NormalTablo"/>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AkKlavuz-Vurgu5">
    <w:name w:val="Light Grid Accent 5"/>
    <w:basedOn w:val="NormalTablo"/>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AkKlavuz-Vurgu6">
    <w:name w:val="Light Grid Accent 6"/>
    <w:basedOn w:val="NormalTablo"/>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OrtaGlgeleme1">
    <w:name w:val="Medium Shading 1"/>
    <w:basedOn w:val="NormalTablo"/>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OrtaGlgeleme2">
    <w:name w:val="Medium Shading 2"/>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Liste1">
    <w:name w:val="Medium List 1"/>
    <w:basedOn w:val="NormalTablo"/>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1-Vurgu2">
    <w:name w:val="Medium List 1 Accent 2"/>
    <w:basedOn w:val="NormalTablo"/>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OrtaListe1-Vurgu3">
    <w:name w:val="Medium List 1 Accent 3"/>
    <w:basedOn w:val="NormalTablo"/>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OrtaListe1-Vurgu4">
    <w:name w:val="Medium List 1 Accent 4"/>
    <w:basedOn w:val="NormalTablo"/>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OrtaListe1-Vurgu5">
    <w:name w:val="Medium List 1 Accent 5"/>
    <w:basedOn w:val="NormalTablo"/>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OrtaListe1-Vurgu6">
    <w:name w:val="Medium List 1 Accent 6"/>
    <w:basedOn w:val="NormalTablo"/>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OrtaListe2">
    <w:name w:val="Medium Lis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2-Vurgu1">
    <w:name w:val="Medium List 2 Accent 1"/>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2">
    <w:name w:val="Medium List 2 Accen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3">
    <w:name w:val="Medium List 2 Accent 3"/>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4">
    <w:name w:val="Medium List 2 Accent 4"/>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5">
    <w:name w:val="Medium List 2 Accent 5"/>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6">
    <w:name w:val="Medium List 2 Accent 6"/>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OrtaKlavuz1">
    <w:name w:val="Medium Grid 1"/>
    <w:basedOn w:val="NormalTablo"/>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OrtaKlavuz1-Vurgu2">
    <w:name w:val="Medium Grid 1 Accent 2"/>
    <w:basedOn w:val="NormalTablo"/>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OrtaKlavuz1-Vurgu3">
    <w:name w:val="Medium Grid 1 Accent 3"/>
    <w:basedOn w:val="NormalTablo"/>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OrtaKlavuz1-Vurgu4">
    <w:name w:val="Medium Grid 1 Accent 4"/>
    <w:basedOn w:val="NormalTablo"/>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OrtaKlavuz1-Vurgu5">
    <w:name w:val="Medium Grid 1 Accent 5"/>
    <w:basedOn w:val="NormalTablo"/>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OrtaKlavuz1-Vurgu6">
    <w:name w:val="Medium Grid 1 Accent 6"/>
    <w:basedOn w:val="NormalTablo"/>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OrtaKlavuz2">
    <w:name w:val="Medium Grid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2-Vurgu1">
    <w:name w:val="Medium Grid 2 Accent 1"/>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OrtaKlavuz2-Vurgu2">
    <w:name w:val="Medium Grid 2 Accent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OrtaKlavuz2-Vurgu3">
    <w:name w:val="Medium Grid 2 Accent 3"/>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OrtaKlavuz2-Vurgu4">
    <w:name w:val="Medium Grid 2 Accent 4"/>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OrtaKlavuz2-Vurgu5">
    <w:name w:val="Medium Grid 2 Accent 5"/>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OrtaKlavuz2-Vurgu6">
    <w:name w:val="Medium Grid 2 Accent 6"/>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OrtaKlavuz3">
    <w:name w:val="Medium Grid 3"/>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Klavuz3-Vurgu1">
    <w:name w:val="Medium Grid 3 Accent 1"/>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OrtaKlavuz3-Vurgu2">
    <w:name w:val="Medium Grid 3 Accent 2"/>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OrtaKlavuz3-Vurgu3">
    <w:name w:val="Medium Grid 3 Accent 3"/>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OrtaKlavuz3-Vurgu4">
    <w:name w:val="Medium Grid 3 Accent 4"/>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OrtaKlavuz3-Vurgu5">
    <w:name w:val="Medium Grid 3 Accent 5"/>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OrtaKlavuz3-Vurgu6">
    <w:name w:val="Medium Grid 3 Accent 6"/>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KoyuListe">
    <w:name w:val="Dark List"/>
    <w:basedOn w:val="NormalTablo"/>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KoyuListe-Vurgu2">
    <w:name w:val="Dark List Accent 2"/>
    <w:basedOn w:val="NormalTablo"/>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KoyuListe-Vurgu3">
    <w:name w:val="Dark List Accent 3"/>
    <w:basedOn w:val="NormalTablo"/>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KoyuListe-Vurgu4">
    <w:name w:val="Dark List Accent 4"/>
    <w:basedOn w:val="NormalTablo"/>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KoyuListe-Vurgu5">
    <w:name w:val="Dark List Accent 5"/>
    <w:basedOn w:val="NormalTablo"/>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KoyuListe-Vurgu6">
    <w:name w:val="Dark List Accent 6"/>
    <w:basedOn w:val="NormalTablo"/>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RenkliGlgeleme">
    <w:name w:val="Colorful Shading"/>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RenkliGlgeleme-Vurgu4">
    <w:name w:val="Colorful Shading Accent 4"/>
    <w:basedOn w:val="NormalTablo"/>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RenkliListe">
    <w:name w:val="Colorful List"/>
    <w:basedOn w:val="NormalTablo"/>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RenkliListe-Vurgu2">
    <w:name w:val="Colorful List Accent 2"/>
    <w:basedOn w:val="NormalTablo"/>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RenkliListe-Vurgu3">
    <w:name w:val="Colorful List Accent 3"/>
    <w:basedOn w:val="NormalTablo"/>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RenkliListe-Vurgu4">
    <w:name w:val="Colorful List Accent 4"/>
    <w:basedOn w:val="NormalTablo"/>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RenkliListe-Vurgu5">
    <w:name w:val="Colorful List Accent 5"/>
    <w:basedOn w:val="NormalTablo"/>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RenkliListe-Vurgu6">
    <w:name w:val="Colorful List Accent 6"/>
    <w:basedOn w:val="NormalTablo"/>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RenkliKlavuz">
    <w:name w:val="Colorful Grid"/>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nkliKlavuz-Vurgu2">
    <w:name w:val="Colorful Grid Accent 2"/>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nkliKlavuz-Vurgu3">
    <w:name w:val="Colorful Grid Accent 3"/>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nkliKlavuz-Vurgu4">
    <w:name w:val="Colorful Grid Accent 4"/>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nkliKlavuz-Vurgu5">
    <w:name w:val="Colorful Grid Accent 5"/>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nkliKlavuz-Vurgu6">
    <w:name w:val="Colorful Grid Accent 6"/>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242</Words>
  <Characters>1386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1625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Sevil Soylukan</cp:lastModifiedBy>
  <cp:revision>3</cp:revision>
  <dcterms:created xsi:type="dcterms:W3CDTF">2013-12-23T23:15:00Z</dcterms:created>
  <dcterms:modified xsi:type="dcterms:W3CDTF">2026-03-17T12:30:00Z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89fa2455-20ec-4306-92ae-eb96125fe71f</vt:lpwstr>
  </property>
</Properties>
</file>